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← הגדרה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מושגי יסוד בגיאוגרפיה: גלובליזציה, נגישות, תלות הדדית ועוד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בהבחנה בין מושגים דומים כמו נוף אנושי ונוף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שבו העולם הופך למערכת אחת מחוברת בכלכלה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(מידת הקלות שבה אפשר להגיע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(מצב שבו מקומות זקוקים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 מה שבני האדם בנו ויצרו בסביבה)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שכונת מגורים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מרחק כפי שנמדד בזמן או בעלות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נגישות תלויה גם בטכנולוגיה, כבישים ותחבורה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המרכזית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נוף גלובלי חוזר על עצמו במקומות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נוף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נוף אנושי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נוף אנושי הוא כל מה שבני אדם בנו, ונוף גלובלי הוא נוף שחוזר על עצמו במקומות רבים בעולם כמו רשתות בינלאומיות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תלות הדדית: מקומות זקוקים זה לזה, דוגמה: יבוא-יצוא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נוף אנושי=מה שבני אדם בנו, נוף גלובלי=נוף חוזר במקומות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מדד הוא כלי מספרי להשוואה בין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בפעילות ההתאמה במליאה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דוגמאות אישיות מהתלמידים לכל מושג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להרחבה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← הגדרה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שמונה מושגי חובה שלמדנו ביחידות הראשונות בגיאוגרפיה. חשוב להבין כל מושג ולדעת לזהות אותו בדוגמה.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נוף אנושי  ·  מדד  ·  נוף גלובלי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מידת הקלות שבה אפשר להגיע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תהליך שבו העולם הופך למערכת אחת מחוברת בכלכלה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מה שבני האדם בנו ויצרו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מצב שבו מקומות זקוקים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דוגמה לנוף אנושי?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שכונת מגורים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מרחק במטרים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מרחק כפי שנמדד בזמן או בעלות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גובה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מדינה שמייצאת נפט ומדינה שקונה אותו ממנה ממחישות...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נוף אנושי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נגישות נמדדת רק במרחק פיזי בקילומטרים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קשורה לחיבור כלכלי, תרבותי ותקשורתי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נוף גלובלי הוא נוף ייחודי שקיים רק במקום אחד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רשת מסעדות מוכרת שמופיעה כמעט בכל עיר גדולה בעולם היא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מספר שמאפשר להשוות בין רמת החיים במדינות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כבישים, בתים ובתי ספר שבני אדם בנו הם חלק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בעזרת דוגמה מהחיים שלכם מה ההבדל בין נוף אנושי לנוף גלובלי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תלות הדדית?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נוף אנושי לנוף גלובלי?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 ← הגדרה בגיאוגרפיה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