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יסוד בגיאוגרפיה: גלובליזציה, נגישות, תלות הדדית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בהבחנה בין מושגים דומים כמו נוף אנושי ונוף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(תהליך שבו העולם הופך למערכת אחת מחוברת בכלכלה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(מידת הקלות שבה אפשר להגיע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(מצב שבו מקומות זקוקים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 מה שבני האדם בנו ויצרו בסביבה)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(נוף שנראה דומה במקומות רבים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(שרשרת שבה אירוע אחד גורם לאירועים נוספים)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שכונת מגורים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כפי שנמדד בזמן או בעלות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נוף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תלות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אפקט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נגישות תלויה גם בטכנולוגיה, כבישים ותחבורה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נוף גלובלי חוזר על עצמו במקומות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אבני דומינו נופלות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תלות הדדית יכולה להתקיים גם בין מדינות רחוקות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אנושי הוא כל מה שבני אדם בנו, ונוף גלובלי הוא נוף שחוזר על עצמו במקומות רבים בעולם כמו רשתות בינלאומיות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המראה שאירוע אחד גרם לשרשרת אירועים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שהטכנולוגיה קיצרה זמן הגעה, הוזילה עלות, חיברה אנשים ממקומות רחוקים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תלות הדדית: מקומות זקוקים זה לזה, דוגמה: יבוא-יצוא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אנושי=מה שבני אדם בנו, נוף גלובלי=נוף חוזר במקומות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מדד הוא כלי מספרי להשוואה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בפעילות ההתאמה במליאה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דוגמאות אישיות מהתלמידים לכל מושג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להרחבה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שמונה מילים חשובות בגיאוגרפיה. צריך להבין כל מילה ולדעת מתי משתמשים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הופך למערכת אחת מחוברת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קל להגיע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מקומות זקוקים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אנושי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שבני אדם בנו: ערים, כבישים, בתים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דומה שחוזר על עצמו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דומינו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אחד גורם לשרשרת 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יחסי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הנמדד בזמן או בעלות ולא רק בק״מ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מדידה שמשווה בין מקומות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נוף שנראה דומה במקומות רבים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שבו מקומות זקוקים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מה שבני האדם בנו ויצרו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מידת הקלות שבה אפשר להגיע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נוף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שבה אירוע אחד גורם לאירועים נוספים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אפקט דומינו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תהליך שבו העולם הופך למערכת אחת מחוברת בכלכלה ותרבות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בני אדם 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שכונת מגורים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מודדים 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במטרים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כפי שנמדד בזמן או בעלות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שטח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סניף של רשת קפה בינלאומית בכל עיר גדולה הוא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אפקט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מדינה שמייצאת נפט ומדינה שקונה אותו ממנה ממחישות...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אנושי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עלייה במחיר דלק באזור אחד שגורמת לעלייה במחירים בעוד מדינות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אפקט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אנושי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הכלי שמאפשר להשוות בין מדינות באמצעות מספרים?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נמדדת רק במרחק פיזי בקילומטרים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לחיבור כלכלי, תרבותי ותקשורתי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גלובלי הוא נוף ייחודי שקיים רק במקום אחד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דומינו מתאר שרשרת של אירועים שמשפיעים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תלות הדדית אפשרית רק בין מדינות שכנות גיאוגרפית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רשת מסעדות מוכרת שמופיעה כמעט בכל עיר גדולה בעולם היא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שמאפשר להשוות בין רמת החיים במדינות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כבישים, בתים ובתי ספר שבני אדם בנו הם חלק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כשמדינה זקוקה למדינה אחרת לצורך סחר, מתקיימת ביניהן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ככל שיש יותר כבישים ואינטרנט, כך גדלה ה__________ של האזור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מהחיים שלכם מה ההבדל בין נוף אנושי לנוף גלובלי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אישית לאפקט דומינו שראיתם או שמעתם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איך הטכנולוגיה (כמו אינטרנט) שינתה את הנגישות והמרחק היחסי בין מקומות בעולם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תלות הדדית?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נוף אנושי לנוף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מדד ולמה הוא משמש בגיאוגרפיה?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← הגדרה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