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🌍 כפר עולמי – גיאוגרפיה לכיתה ז׳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מושג ← הגדרה בגיאוגרפיה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שמונה מושגי יסוד בגיאוגרפיה: גלובליזציה, נגישות, תלות הדדית ועוד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לדייק בהבחנה בין מושגים דומים כמו נוף אנושי ונוף גלובלי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ליישם את המושגים על דוגמאות מהחיים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התאימו מושג להגדרה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(תהליך שבו העולם הופך למערכת אחת מחוברת בכלכלה ותרבות)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(מידת הקלות שבה אפשר להגיע ממקום למקום)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ו (מצב שבו מקומות זקוקים זה לזה)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(כל מה שבני האדם בנו ויצרו בסביבה)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(נוף שנראה דומה במקומות רבים בעולם)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ה (שרשרת שבה אירוע אחד גורם לאירועים נוספים)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בחירה מרובה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שכונת מגורים חדשה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מרחק כפי שנמדד בזמן או בעלות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נוף גלובלי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תלות הדדית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אפקט דומינו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מדד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נגישות תלויה גם בטכנולוגיה, כבישים ותחבורה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זו ההגדרה המרכזית של המושג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נוף גלובלי חוזר על עצמו במקומות רבים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כמו אבני דומינו נופלות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תלות הדדית יכולה להתקיים גם בין מדינות רחוקות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השלימו את המושג החסר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נוף גלובלי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מדד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נוף אנושי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תלות הדדית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נגישות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כתבו בקצרה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נוף אנושי הוא כל מה שבני אדם בנו, ונוף גלובלי הוא נוף שחוזר על עצמו במקומות רבים בעולם כמו רשתות בינלאומיות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כל דוגמה המראה שאירוע אחד גרם לשרשרת אירועים נוספים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מחשבה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 יסביר שהטכנולוגיה קיצרה זמן הגעה, הוזילה עלות, חיברה אנשים ממקומות רחוקים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תלות הדדית: מקומות זקוקים זה לזה, דוגמה: יבוא-יצוא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נוף אנושי=מה שבני אדם בנו, נוף גלובלי=נוף חוזר במקומות רבים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מדד הוא כלי מספרי להשוואה בין מקומות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להתחיל בפעילות ההתאמה במליאה לפני העבודה העצמית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לבקש דוגמאות אישיות מהתלמידים לכל מושג כדי לחזק 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פריטי skip_n מתאימים להרחבה לתלמידים מתקדמים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🌍 כפר עולמי – גיאוגרפיה לכיתה ז׳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מושג ← הגדרה בגיאוגרפיה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זה נתרגל שמונה מושגי חובה שלמדנו ביחידות הראשונות בגיאוגרפיה. חשוב להבין כל מושג ולדעת לזהות אותו בדוגמה.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התאימו מושג להגדרה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גלובליזציה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נוף שנראה דומה במקומות רבים בעולם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נגישות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תהליך שבו העולם הופך למערכת אחת מחוברת בכלכלה ותרבות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תלות הדדית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כל מה שבני האדם בנו ויצרו בסביבה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נוף אנושי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מידת הקלות שבה אפשר להגיע ממקום למקום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נוף גלובלי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שרשרת שבה אירוע אחד גורם לאירועים נוספים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אפקט דומינו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מצב שבו מקומות זקוקים זה לזה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בחירה מרובה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איזה מהבאים הוא דוגמה לנוף אנושי?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הר געש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שכונת מגורים חדשה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יער טבעי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המשמעות של מרחק יחסי?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מרחק במטרים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מרחק כפי שנמדד בזמן או בעלות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גובה ההר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שטח המדינה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סניף של רשת קפה בינלאומית בכל עיר גדולה הוא דוגמה ל...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תלות הדדית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נוף גלובלי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מדד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אפקט דומינו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מדינה שמייצאת נפט ומדינה שקונה אותו ממנה ממחישות...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נגישות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תלות הדדית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נוף אנושי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מדד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עלייה במחיר דלק באזור אחד שגורמת לעלייה במחירים בעוד מדינות היא דוגמה ל...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אפקט דומינו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נוף אנושי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נגישות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גלובליזציה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מה הכלי שמאפשר להשוות בין מדינות באמצעות מספרים?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נוף גלובלי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מדד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תלות הדדית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מרחק יחסי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נגישות נמדדת רק במרחק פיזי בקילומטרים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גלובליזציה קשורה לחיבור כלכלי, תרבותי ותקשורתי בין מדינות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נוף גלובלי הוא נוף ייחודי שקיים רק במקום אחד בעולם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אפקט דומינו מתאר שרשרת של אירועים שמשפיעים זה על זה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תלות הדדית אפשרית רק בין מדינות שכנות גיאוגרפית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השלימו את המושג החסר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רשת מסעדות מוכרת שמופיעה כמעט בכל עיר גדולה בעולם היא דוגמה ל__________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מספר שמאפשר להשוות בין רמת החיים במדינות שונות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כבישים, בתים ובתי ספר שבני אדם בנו הם חלק מה__________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כשמדינה זקוקה למדינה אחרת לצורך סחר, מתקיימת ביניהן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ככל שיש יותר כבישים ואינטרנט, כך גדלה ה__________ של האזור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כתבו בקצרה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בעזרת דוגמה מהחיים שלכם מה ההבדל בין נוף אנושי לנוף גלובלי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תנו דוגמה אישית לאפקט דומינו שראיתם או שמעתם עליו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מחשבה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פסקה קצרה שמסבירה איך הטכנולוגיה (כמו אינטרנט) שינתה את הנגישות והמרחק היחסי בין מקומות בעולם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מהי תלות הדדית? תנו דוגמה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נוף אנושי לנוף גלובלי?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מדד ולמה הוא משמש בגיאוגרפיה?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מושג ← הגדרה בגיאוגרפיה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